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שורשים ומקום: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המשפחה על צורותיה השונות ואת מבנה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ראיון: שאלות פתוחות, הקשבה ורישום סיפורים של 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שמות וחפצים נושאים זיכרון ומשמעות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 התפתחות היישוב ולזהות דרכים לתרום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מעגלים של אנשים: משפחה קרובה, מורחבת ואנשים שהם כמו משפחה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חוט אדום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המשפחה הקרובה שגרה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השכנה רחל שאוספת אותו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שיש לה שני בתים – של אבא ושל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מעגלים של אנשים: משפחה קרובה, מורחבת ואנשים שהם כמו משפחה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המעגל השני הוא המשפחה המורחבת שכוללת קרובים כמו דודים וסבים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מודגש שכל משפחה נראית אחרת, ולכל אחת צורה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משפחה אומנת כחלק מהצורות של המשפחה הקרובה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מעגלים של אנשים: משפחה קרובה, מורחבת ואנשים שהם כמו משפחה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מעגלים של אנשים: משפחה קרובה, מורחבת ואנשים שהם כמו משפחה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(משפחה קרובה)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(משפחה 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(אנשים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(משפחה מורחבת)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עץ המשפחה שלי: דורות, שורשים וענפים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כמו עץ אמיתי יש לו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קווים שמחברים ומראים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עץ המשפחה שלי: דורות, שורשים וענפים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שיש אנשים שמציירים את הדור הוותיק למטה ויש שמציירים אותו למעלה – שתי הדרכים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מציע אפשרות זו למי שלא מתאים לו עץ משפחה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לגלות שמות ותמונות מיוחדות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עץ המשפחה שלי: דורות, שורשים וענפים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(סבא רבא וסבתא רבתא)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(סבים וסבתות)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(אני, הנכדים והנכדות)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עץ המשפחה שלי: דורות, שורשים וענפים – בניית העץ שלב אחרי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שלי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את האנשים הקרובים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ממשיכים הלאה לדורות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מבוגרים שאלות כדי לגלות עוד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ראיון עם אדם שחשוב לי: שאלות פתוחות והקשבה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שיחה שבה אחד שואל והשני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 או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ראיון עם אדם שחשוב לי: שאלות פתוחות והקשבה – מילים מהראיון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ראיון עם אדם שחשוב לי: שאלות פתוחות והקשבה – מהתכנון ועד התודה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מתכננים: בוחרים אדם מבוגר שחשוב וכותבים שאלות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שואלים: מתחילים בשאלה קלה ומדברים לאט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מקשיבים: מסתכלים על המרואיין ומהנהנים בראש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רושמים: כותבים מילים חשובות או מציירים ציור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מודים: אומרים תודה ומכינים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חפץ עם סיפור ושם ומשמעותו – זיכרון ושמות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כמשאלה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חפץ עם סיפור ושם ומשמעותו – התאמה בין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שמאיר)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(תחילת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על שם החודש לפני חג הפסח)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חפץ עם סיפור ושם ומשמעותו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החפץ הישן נושא סיפור וזיכרון של אדם או רגע מיוחד, ולא רק ערך כספי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על שם מישהו ניתן לזכר אדם אהוב כמו יעקב שנקרא על שם סבא רבא; שם לפי משמעות ניתן בגלל המילה עצמה כמו אור או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שם החפץ, חומר ותיאור קצר של 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השם הוא חלק מהזהות של האדם, וכיבוד השם מראה כבוד לאדם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היישוב שלי: ראשית המקום וסיור במפה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מים, אדמה טובה ודרך לעולם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הפך לכביש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היישוב שלי: ראשית המקום וסיור במפה – השלמה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בהתחלה היו רק כמה בתים קטנים והחיים לא היו 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דוגמאות לסימנים מהעבר שמוזכרים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היישוב שלי: ראשית המקום וסיור במפה –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היישוב שלי: ראשית המקום וסיור במפה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(האנשים הראשונים שהתיישבו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(מקור מים ליישוב החדש)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שאפשר לגלות בו את סיפור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(סימן מהימים הראשונים של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(אדם שאפשר לשאול אותו על עברו של היישוב)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אנשים טובים בקהילה ותערוכת השורשים המסכמת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שומרת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ממליצה לכל ילד על ספר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מתנדב עוזר מרצונו בלי לקבל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כרטיס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הכנת כרטיסי תודה ושתילת צמח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אנשים טובים בקהילה ותערוכת השורשים המסכמת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שני מעגלים שונים של אנשים קרובים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מספר/ת פרט אחד חדש שגילה/תה דרך ראיון, חפץ או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שינוי אחד ביישוב ודרך אחת לתרומה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מהלך היחידה – פרק אחד לכל 1-2 שיעורים, ולסיים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לכל תלמיד/ה לבחור 'משפחה שבחרתי' או 'אדם שחשוב לי' בכל משימה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אפשר לצמצם למשימת ציור או מילוי משפטים פתוחים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את עמודי החוברת כבסיס לפינות התצוגה בתערוכת השורשים המסכמת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שורשים ומקום: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על המשפחה שלנו ועל היישוב שלנו. בכל דף יש משימה קטנה. אפשר לצייר, לכתוב ולספר. אפשר לבחור את המשפחה או האדם שחשוב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דודים, דודות, סבים, סבתות ובני משפחה 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הדורות והקשרים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וחיו בתקופה דומה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מראיין/מרואיין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ששואל שאלות ומי שמספר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שאי אפשר לענות עליה רק כן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עם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שעובר במשפחה ושומר זיכרון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שהקימו את היישוב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מתנדב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שעוזר לקהילה מרצונו,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חפצים ועבודות לפני קהל אורחים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מעגלים של אנשים: משפחה קרובה, מורחבת ואנשים שהם כמו משפחה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המורה הביאה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חוט אדום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נמצא במעגל הכי 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המשפחה המורחבת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שהם כמו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המשפחה הקרובה שגרה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מי סיפר רפאל?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דודה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השכנה רחל שאוספת אותו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סבא 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מעיין סיפרה על הבית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לה שני בתים – של אבא ושל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לה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גרה עם סבתא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חדשה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מעגלים של אנשים: משפחה קרובה, מורחבת ואנשים שהם כמו משפחה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השני, המורחב, נמצאים דודים, דודות, סבים וסבתות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במעגלים נראות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שגדל במשפחה אומנת שייך גם הוא למעגל של משפחה קרובה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מעגלים של אנשים: משפחה קרובה, מורחבת ואנשים שהם כמו משפחה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שהם לא קרובי משפחה אבל כמו משפחה נקראים "המשפחה ש__________"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כשמשפחה גרה רחוק, אפשר להישאר בקשר דרך הטלפון או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מעגלים של אנשים: משפחה קרובה, מורחבת ואנשים שהם כמו משפחה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 שגרה איתי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משפחה 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דודה שגרה בארץ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שכנה שמכינה מרק כשאני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משפחה קרובה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סבא וסבתא שנפגשים כל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משפחה מורחבת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עץ המשפחה שלי: דורות, שורשים וענפים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לציור הזה 'עץ משפחה'?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כמו עץ אמיתי יש לו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מציירים אותו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דורות מוזכרים בטקסט כשבונים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נמצא בדור הראשון, הוותיק ביותר,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רבא וסבתא 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שיהיה בציור עץ המשפחה בין האנשים?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קווים שמחברים ומראים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באנגלית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עץ המשפחה שלי: דורות, שורשים וענפים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חייבות לצייר עץ בצורה אחת בלבד, עם שורשים למטה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שגדל במשפחה מאמצת יכול לצייר 'עץ האנשים שלי' במקום עץ משפחה 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כשבונים עץ משפחה כדאי לשאול מבוגרים שאלות כמו מאיזו ארץ הגיעה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עץ המשפחה שלי: דורות, שורשים וענפים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אני, הנכדים והנכדות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סבא רבא וסבתא רבתא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סבים וסבתות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עץ המשפחה שלי: דורות, שורשים וענפים – בניית העץ שלב אחרי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הלאה לדורות נוספים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מבוגרים שאלות כדי לגלות עוד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שלי על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האנשים הקרובים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ראיון עם אדם שחשוב לי: שאלות פתוחות והקשבה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שבה אחד שואל והשני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תודה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עץ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לזה ששואל?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לזה שמספר?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מאזין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מכינים מראש?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או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ראיון עם אדם שחשוב לי: שאלות פתוחות והקשבה – מילים מהראיון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כל שאלה כתובה שמים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מילות שאלה חשובות הן: מי, מה, מתי, איפה, למה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ששואל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כששומעים משהו מעניין אפשר לשאול שאלת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ראיון עם אדם שחשוב לי: שאלות פתוחות והקשבה – מהתכנון ועד התודה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שואלים: מתחילים בשאלה קלה ומדברים לאט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מקשיבים: מסתכלים על המרואיין ומהנהנים בראש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רושמים: כותבים מילים חשובות או מציירים ציור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מודים: אומרים תודה ומכינים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מתכננים: בוחרים אדם מבוגר שחשוב וכותבים שאלות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חפץ עם סיפור ושם ומשמעותו – זיכרון ושמות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 חשוב בחפץ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חפץ קשור להדלקת 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פמוט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הגיעה הכוס של סבתא רבתא?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שם קשור למילה שמחה?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נותנים שם כמו חיים או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כמשאלה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כינוי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חפץ עם סיפור ושם ומשמעותו – התאמה בין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על שם החודש לפני חג הפסח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תחילת הבוקר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שמאיר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חפץ עם סיפור ושם ומשמעותו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חפץ ישן יכול להיות חשוב יותר מחפץ חדש ויקר?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ההבדל בין שם שניתן על שם מישהו לבין שם שניתן בגלל משמעות, ותנו דוגמה מהטקסט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שלט קצר לחפץ מדומיין מהבית שלכם: מה החפץ, ממה הוא עשוי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לבטא נכון את השם של כל ילד וילדה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היישוב שלי: ראשית המקום וסיור במפה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המייסדים בדקו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מים, אדמה טובה ודרך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התושבים העתידי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לשביל הצר עם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שביל עפר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הפך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הפך לנהר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היישוב שלי: ראשית המקום וסיור במפה – השלמה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היו ביישוב בתים רבים ובית ספר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מהימים הראשונים יכולים להיות עץ ענק או בית ישן עם קירות אבן.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היישוב שלי: ראשית המקום וסיור במפה –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האנשים שהתחילו את היישוב נקראים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תכנון מסלול סיור חשוב לדעת לקרוא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היישוב שלי: ראשית המקום וסיור במפה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מקור מים ליישוב החדש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שאפשר לשאול אותו על עברו של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ארכיון או מוזיאון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האנשים הראשונים שהתיישבו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שלט רחוב או סמל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שאפשר לגלות בו את סיפור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סימן מהימים הראשונים של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אנשים טובים בקהילה ותערוכת השורשים המסכמת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עוזר לילדים לעבור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במעבר החציה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 שמשקה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חניך בתנועת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הספרנית ביישוב?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ממליצה לכל ילד על ספר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שומרת על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שותלת פרחים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מביאה ארוחות 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עובד למתנדב?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מתנדב עוזר מרצונו בלי לקבל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 לא מקבל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מתנדב הוא תמיד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להכין כדי להודות למישהו שעוזר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דוגמאות לתרומה של ילדים לקהילה מוזכרות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הכנת כרטיסי תודה ושתילת צמח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מתנות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אנשים טובים בקהילה ותערוכת השורשים המסכמת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בתערוכת השורשים ליד כל חפץ שמים __________ קטן שמסביר מה רואים.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בהזמנה לתערוכה חייב להיות כתוב למי היא, מה האירוע, __________ ואיפה.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התערוכה כל ילד הוא גם __________ שמספר לאורחים על הפינה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מעגלים של אנשים מקיפים אותי, ומי נמצא בכל מעגל?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חפץ, שם או סיפור משפחתי שלא ידעתי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היישוב שלי השתנה מהימים הראשונים, ואיך אני יכול/ה לתרום לו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שורשים ומקום: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